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0D47">
        <w:trPr>
          <w:jc w:val="center"/>
        </w:trPr>
        <w:tc>
          <w:tcPr>
            <w:tcW w:w="9360" w:type="dxa"/>
            <w:shd w:val="clear" w:color="auto" w:fill="556B2F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BA0D47" w:rsidRDefault="007D1E97">
            <w:pPr>
              <w:jc w:val="center"/>
            </w:pPr>
            <w:r>
              <w:rPr>
                <w:rFonts w:ascii="함초롬바탕" w:hAnsi="함초롬바탕"/>
                <w:b/>
                <w:color w:val="FFFFFF"/>
                <w:sz w:val="32"/>
              </w:rPr>
              <w:t>연구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 xml:space="preserve"> 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>계획서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>(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>작성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 xml:space="preserve"> 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>양식</w:t>
            </w:r>
            <w:r>
              <w:rPr>
                <w:rFonts w:ascii="함초롬바탕" w:hAnsi="함초롬바탕"/>
                <w:b/>
                <w:color w:val="FFFFFF"/>
                <w:sz w:val="32"/>
              </w:rPr>
              <w:t>)</w:t>
            </w:r>
          </w:p>
        </w:tc>
      </w:tr>
    </w:tbl>
    <w:p w:rsidR="00BA0D47" w:rsidRDefault="00BA0D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200"/>
      </w:tblGrid>
      <w:tr w:rsidR="00BA0D47">
        <w:trPr>
          <w:jc w:val="center"/>
        </w:trPr>
        <w:tc>
          <w:tcPr>
            <w:tcW w:w="21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A0D47" w:rsidRDefault="007D1E97">
            <w:r>
              <w:rPr>
                <w:rFonts w:ascii="함초롬바탕" w:hAnsi="함초롬바탕"/>
                <w:b/>
              </w:rPr>
              <w:t>연구과제명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A0D47" w:rsidRDefault="00BA0D47"/>
        </w:tc>
      </w:tr>
    </w:tbl>
    <w:p w:rsidR="00BA0D47" w:rsidRDefault="00BA0D4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44"/>
      </w:tblGrid>
      <w:tr w:rsidR="00BA0D47">
        <w:trPr>
          <w:jc w:val="center"/>
        </w:trPr>
        <w:tc>
          <w:tcPr>
            <w:tcW w:w="9360" w:type="dxa"/>
            <w:tcBorders>
              <w:top w:val="single" w:sz="6" w:space="0" w:color="4682B4"/>
              <w:left w:val="single" w:sz="6" w:space="0" w:color="4682B4"/>
              <w:bottom w:val="single" w:sz="6" w:space="0" w:color="4682B4"/>
              <w:right w:val="single" w:sz="6" w:space="0" w:color="4682B4"/>
            </w:tcBorders>
            <w:shd w:val="clear" w:color="auto" w:fill="F9FBFD"/>
            <w:tcMar>
              <w:top w:w="150" w:type="dxa"/>
              <w:left w:w="200" w:type="dxa"/>
              <w:bottom w:w="150" w:type="dxa"/>
              <w:right w:w="200" w:type="dxa"/>
            </w:tcMar>
          </w:tcPr>
          <w:p w:rsidR="00BA0D47" w:rsidRDefault="007D1E97">
            <w:pPr>
              <w:rPr>
                <w:lang w:eastAsia="ko-KR"/>
              </w:rPr>
            </w:pP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 xml:space="preserve">◈ 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작성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참고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사항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(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참고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후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삭제</w:t>
            </w:r>
            <w:r>
              <w:rPr>
                <w:rFonts w:ascii="함초롬바탕" w:hAnsi="함초롬바탕"/>
                <w:b/>
                <w:color w:val="00008B"/>
                <w:sz w:val="21"/>
                <w:lang w:eastAsia="ko-KR"/>
              </w:rPr>
              <w:t>)</w:t>
            </w:r>
          </w:p>
          <w:p w:rsidR="00BA0D47" w:rsidRDefault="007D1E97">
            <w:pPr>
              <w:spacing w:before="60"/>
              <w:rPr>
                <w:lang w:eastAsia="ko-KR"/>
              </w:rPr>
            </w:pP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▸ </w:t>
            </w:r>
            <w:proofErr w:type="gramStart"/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글꼴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:</w:t>
            </w:r>
            <w:proofErr w:type="gramEnd"/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함초롬바탕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,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글자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크기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: 11,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줄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간격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: 160%</w:t>
            </w:r>
          </w:p>
          <w:p w:rsidR="00BA0D47" w:rsidRDefault="007D1E97">
            <w:pPr>
              <w:spacing w:before="60"/>
              <w:rPr>
                <w:lang w:eastAsia="ko-KR"/>
              </w:rPr>
            </w:pP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▸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다음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항목을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5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페이지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이내로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작성하세요</w:t>
            </w:r>
            <w:r>
              <w:rPr>
                <w:rFonts w:ascii="함초롬바탕" w:hAnsi="함초롬바탕"/>
                <w:color w:val="00008B"/>
                <w:sz w:val="20"/>
                <w:lang w:eastAsia="ko-KR"/>
              </w:rPr>
              <w:t>.</w:t>
            </w:r>
          </w:p>
        </w:tc>
      </w:tr>
    </w:tbl>
    <w:p w:rsidR="00BA0D47" w:rsidRDefault="00BA0D47">
      <w:pPr>
        <w:rPr>
          <w:lang w:eastAsia="ko-KR"/>
        </w:rPr>
      </w:pPr>
    </w:p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t>가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연구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배경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연구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과제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중요도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및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필요성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등에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관하여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기술</w:t>
            </w:r>
          </w:p>
        </w:tc>
      </w:tr>
    </w:tbl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t>나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연구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목표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연구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목표를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구체적으로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기술</w:t>
            </w:r>
          </w:p>
        </w:tc>
      </w:tr>
    </w:tbl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t>다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연구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내용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및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방법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문헌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조사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,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데이터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수집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및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처리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방안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등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연구의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세부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방법과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내용을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기술</w:t>
            </w:r>
          </w:p>
        </w:tc>
      </w:tr>
    </w:tbl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t>라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예상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연구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일정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예상되는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연구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일정을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구체적으로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제시</w:t>
            </w:r>
          </w:p>
        </w:tc>
      </w:tr>
    </w:tbl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lastRenderedPageBreak/>
        <w:t>마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예상</w:t>
      </w:r>
      <w:r>
        <w:rPr>
          <w:rFonts w:ascii="함초롬바탕" w:hAnsi="함초롬바탕"/>
          <w:b/>
          <w:sz w:val="24"/>
        </w:rPr>
        <w:t xml:space="preserve"> </w:t>
      </w:r>
      <w:r>
        <w:rPr>
          <w:rFonts w:ascii="함초롬바탕" w:hAnsi="함초롬바탕"/>
          <w:b/>
          <w:sz w:val="24"/>
        </w:rPr>
        <w:t>기대효과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연구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완료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시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예상되는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기대효과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기술</w:t>
            </w:r>
          </w:p>
        </w:tc>
      </w:tr>
    </w:tbl>
    <w:p w:rsidR="00BA0D47" w:rsidRDefault="007D1E97">
      <w:pPr>
        <w:spacing w:before="240" w:after="80"/>
      </w:pPr>
      <w:r>
        <w:rPr>
          <w:rFonts w:ascii="함초롬바탕" w:hAnsi="함초롬바탕"/>
          <w:b/>
          <w:sz w:val="24"/>
        </w:rPr>
        <w:t>바</w:t>
      </w:r>
      <w:r>
        <w:rPr>
          <w:rFonts w:ascii="함초롬바탕" w:hAnsi="함초롬바탕"/>
          <w:b/>
          <w:sz w:val="24"/>
        </w:rPr>
        <w:t xml:space="preserve">. </w:t>
      </w:r>
      <w:r>
        <w:rPr>
          <w:rFonts w:ascii="함초롬바탕" w:hAnsi="함초롬바탕"/>
          <w:b/>
          <w:sz w:val="24"/>
        </w:rPr>
        <w:t>참고문헌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0D47">
        <w:trPr>
          <w:jc w:val="center"/>
        </w:trPr>
        <w:tc>
          <w:tcPr>
            <w:tcW w:w="936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BA0D47" w:rsidRDefault="007D1E97">
            <w:pPr>
              <w:jc w:val="center"/>
              <w:rPr>
                <w:lang w:eastAsia="ko-KR"/>
              </w:rPr>
            </w:pP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논문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,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저서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등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참고문헌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 xml:space="preserve"> </w:t>
            </w:r>
            <w:r>
              <w:rPr>
                <w:rFonts w:ascii="함초롬바탕" w:hAnsi="함초롬바탕"/>
                <w:color w:val="505050"/>
                <w:sz w:val="21"/>
                <w:lang w:eastAsia="ko-KR"/>
              </w:rPr>
              <w:t>기술</w:t>
            </w:r>
          </w:p>
        </w:tc>
      </w:tr>
    </w:tbl>
    <w:p w:rsidR="007D1E97" w:rsidRDefault="007D1E97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>
      <w:pPr>
        <w:rPr>
          <w:rFonts w:eastAsia="맑은 고딕"/>
          <w:lang w:eastAsia="ko-KR"/>
        </w:rPr>
      </w:pPr>
    </w:p>
    <w:p w:rsidR="00F73E6A" w:rsidRDefault="00F73E6A" w:rsidP="00F73E6A">
      <w:pPr>
        <w:pStyle w:val="aff1"/>
        <w:wordWrap/>
        <w:spacing w:line="432" w:lineRule="auto"/>
        <w:jc w:val="center"/>
      </w:pPr>
      <w:r>
        <w:rPr>
          <w:rFonts w:ascii="한컴돋움" w:eastAsia="한컴돋움" w:hint="eastAsia"/>
          <w:b/>
          <w:bCs/>
          <w:sz w:val="40"/>
          <w:szCs w:val="40"/>
          <w:u w:val="single" w:color="000000"/>
        </w:rPr>
        <w:t>개인정보 제공 및 활용에 대한 동의</w:t>
      </w:r>
    </w:p>
    <w:p w:rsidR="00F73E6A" w:rsidRDefault="00F73E6A" w:rsidP="00F73E6A">
      <w:pPr>
        <w:pStyle w:val="aff1"/>
        <w:spacing w:line="312" w:lineRule="auto"/>
        <w:rPr>
          <w:sz w:val="24"/>
          <w:szCs w:val="24"/>
        </w:rPr>
      </w:pP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휴먼명조" w:eastAsia="휴먼명조" w:hint="eastAsia"/>
          <w:color w:val="0000EF"/>
          <w:spacing w:val="-8"/>
        </w:rPr>
        <w:t xml:space="preserve">1. </w:t>
      </w:r>
      <w:r w:rsidRPr="00F73E6A">
        <w:rPr>
          <w:rFonts w:ascii="휴먼명조" w:eastAsia="휴먼명조" w:hint="eastAsia"/>
        </w:rPr>
        <w:t>개인정보(고유식별정보 포함) 수집과 이용</w:t>
      </w: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proofErr w:type="gramStart"/>
      <w:r w:rsidRPr="00F73E6A">
        <w:rPr>
          <w:rFonts w:ascii="휴먼명조" w:eastAsia="휴먼명조" w:hint="eastAsia"/>
        </w:rPr>
        <w:t>필수정보 :</w:t>
      </w:r>
      <w:proofErr w:type="gramEnd"/>
      <w:r w:rsidRPr="00F73E6A">
        <w:rPr>
          <w:rFonts w:ascii="휴먼명조" w:eastAsia="휴먼명조" w:hint="eastAsia"/>
        </w:rPr>
        <w:t xml:space="preserve"> 성명, 소속, 직위, 계좌번호, 주민등록번호(고유식별정보), 국적, 전화, 이메일</w:t>
      </w: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proofErr w:type="gramStart"/>
      <w:r w:rsidRPr="00F73E6A">
        <w:rPr>
          <w:rFonts w:ascii="휴먼명조" w:eastAsia="휴먼명조" w:hint="eastAsia"/>
        </w:rPr>
        <w:t>보유목적 :</w:t>
      </w:r>
      <w:proofErr w:type="gramEnd"/>
      <w:r w:rsidRPr="00F73E6A">
        <w:rPr>
          <w:rFonts w:ascii="휴먼명조" w:eastAsia="휴먼명조" w:hint="eastAsia"/>
        </w:rPr>
        <w:t xml:space="preserve"> 인건비 및 수당 지급, 세무신고, 경력증명서 발급 등 연구관리 제반사항</w:t>
      </w:r>
    </w:p>
    <w:p w:rsidR="00F73E6A" w:rsidRPr="00F73E6A" w:rsidRDefault="00F73E6A" w:rsidP="00F73E6A">
      <w:pPr>
        <w:pStyle w:val="aff1"/>
        <w:ind w:left="812" w:hanging="812"/>
      </w:pPr>
      <w:r w:rsidRPr="00F73E6A">
        <w:rPr>
          <w:rFonts w:ascii="휴먼명조" w:eastAsia="휴먼명조" w:hint="eastAsia"/>
          <w:color w:val="0000EF"/>
          <w:spacing w:val="-8"/>
        </w:rPr>
        <w:t>1-1</w:t>
      </w:r>
      <w:r w:rsidRPr="00F73E6A">
        <w:rPr>
          <w:rFonts w:ascii="휴먼명조" w:eastAsia="휴먼명조" w:hint="eastAsia"/>
        </w:rPr>
        <w:t xml:space="preserve">. </w:t>
      </w:r>
      <w:r w:rsidRPr="00F73E6A">
        <w:rPr>
          <w:rFonts w:ascii="휴먼명조" w:eastAsia="휴먼명조" w:hint="eastAsia"/>
          <w:spacing w:val="-6"/>
        </w:rPr>
        <w:t xml:space="preserve">수집한 </w:t>
      </w:r>
      <w:proofErr w:type="spellStart"/>
      <w:r w:rsidRPr="00F73E6A">
        <w:rPr>
          <w:rFonts w:ascii="휴먼명조" w:eastAsia="휴먼명조" w:hint="eastAsia"/>
          <w:spacing w:val="-6"/>
        </w:rPr>
        <w:t>개인정보는</w:t>
      </w:r>
      <w:r w:rsidRPr="00F73E6A">
        <w:rPr>
          <w:rFonts w:ascii="휴먼명조" w:eastAsia="휴먼명조" w:hAnsi="휴먼명조" w:hint="eastAsia"/>
          <w:spacing w:val="-6"/>
        </w:rPr>
        <w:t>「</w:t>
      </w:r>
      <w:r w:rsidRPr="00F73E6A">
        <w:rPr>
          <w:rFonts w:ascii="휴먼명조" w:eastAsia="휴먼명조" w:hint="eastAsia"/>
          <w:spacing w:val="-6"/>
        </w:rPr>
        <w:t>서울대학교</w:t>
      </w:r>
      <w:proofErr w:type="spellEnd"/>
      <w:r w:rsidRPr="00F73E6A">
        <w:rPr>
          <w:rFonts w:ascii="휴먼명조" w:eastAsia="휴먼명조" w:hint="eastAsia"/>
          <w:spacing w:val="-6"/>
        </w:rPr>
        <w:t xml:space="preserve"> 연구비관리 </w:t>
      </w:r>
      <w:proofErr w:type="spellStart"/>
      <w:r w:rsidRPr="00F73E6A">
        <w:rPr>
          <w:rFonts w:ascii="휴먼명조" w:eastAsia="휴먼명조" w:hint="eastAsia"/>
          <w:spacing w:val="-6"/>
        </w:rPr>
        <w:t>규정</w:t>
      </w:r>
      <w:r w:rsidRPr="00F73E6A">
        <w:rPr>
          <w:rFonts w:ascii="휴먼명조" w:eastAsia="휴먼명조" w:hAnsi="휴먼명조" w:hint="eastAsia"/>
          <w:spacing w:val="-6"/>
        </w:rPr>
        <w:t>」</w:t>
      </w:r>
      <w:r w:rsidRPr="00F73E6A">
        <w:rPr>
          <w:rFonts w:ascii="휴먼명조" w:eastAsia="휴먼명조" w:hint="eastAsia"/>
          <w:spacing w:val="-6"/>
        </w:rPr>
        <w:t>제</w:t>
      </w:r>
      <w:proofErr w:type="spellEnd"/>
      <w:r w:rsidRPr="00F73E6A">
        <w:rPr>
          <w:rFonts w:ascii="휴먼명조" w:eastAsia="휴먼명조" w:hint="eastAsia"/>
          <w:spacing w:val="-6"/>
        </w:rPr>
        <w:t>31조(관계서류의 보존)에 따라 5년간 보관함.</w:t>
      </w:r>
    </w:p>
    <w:p w:rsidR="00F73E6A" w:rsidRPr="00F73E6A" w:rsidRDefault="00F73E6A" w:rsidP="00F73E6A">
      <w:pPr>
        <w:pStyle w:val="aff1"/>
        <w:ind w:left="828" w:hanging="828"/>
      </w:pPr>
      <w:r w:rsidRPr="00F73E6A">
        <w:rPr>
          <w:rFonts w:ascii="휴먼명조" w:eastAsia="휴먼명조" w:hint="eastAsia"/>
          <w:color w:val="0000EF"/>
          <w:spacing w:val="-8"/>
        </w:rPr>
        <w:t>1-2</w:t>
      </w:r>
      <w:r w:rsidRPr="00F73E6A">
        <w:rPr>
          <w:rFonts w:ascii="휴먼명조" w:eastAsia="휴먼명조" w:hint="eastAsia"/>
        </w:rPr>
        <w:t xml:space="preserve">. </w:t>
      </w:r>
      <w:r w:rsidRPr="00F73E6A">
        <w:rPr>
          <w:rFonts w:ascii="휴먼명조" w:eastAsia="휴먼명조" w:hint="eastAsia"/>
          <w:spacing w:val="-4"/>
        </w:rPr>
        <w:t>자신의 개인정보(고유식별정보 포함) 수집에 동의하지 않을 수 있으나, 이 경우 인건비 및 수당지급이 제한될 수 있음.</w:t>
      </w:r>
    </w:p>
    <w:p w:rsidR="00F73E6A" w:rsidRPr="00F73E6A" w:rsidRDefault="00F73E6A" w:rsidP="00F73E6A">
      <w:pPr>
        <w:pStyle w:val="aff1"/>
        <w:ind w:left="828" w:hanging="828"/>
        <w:rPr>
          <w:spacing w:val="-4"/>
        </w:rPr>
      </w:pP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휴먼명조" w:eastAsia="휴먼명조" w:hint="eastAsia"/>
          <w:color w:val="0000EF"/>
          <w:spacing w:val="-8"/>
        </w:rPr>
        <w:t xml:space="preserve">2. </w:t>
      </w:r>
      <w:r w:rsidRPr="00F73E6A">
        <w:rPr>
          <w:rFonts w:ascii="휴먼명조" w:eastAsia="휴먼명조" w:hint="eastAsia"/>
        </w:rPr>
        <w:t xml:space="preserve">개인정보 제3자 제공에 대한 동의 </w:t>
      </w:r>
    </w:p>
    <w:p w:rsidR="00F73E6A" w:rsidRPr="00F73E6A" w:rsidRDefault="00F73E6A" w:rsidP="00F73E6A">
      <w:pPr>
        <w:pStyle w:val="aff1"/>
        <w:ind w:left="844" w:hanging="844"/>
      </w:pPr>
      <w:r w:rsidRPr="00F73E6A">
        <w:rPr>
          <w:rFonts w:ascii="휴먼명조" w:eastAsia="휴먼명조" w:hint="eastAsia"/>
          <w:color w:val="0000EF"/>
          <w:spacing w:val="-8"/>
        </w:rPr>
        <w:t>2-</w:t>
      </w:r>
      <w:r w:rsidRPr="00F73E6A">
        <w:rPr>
          <w:rFonts w:ascii="휴먼명조" w:eastAsia="휴먼명조" w:hint="eastAsia"/>
        </w:rPr>
        <w:t xml:space="preserve">1. 개인정보를 제1항의 개인정보의 </w:t>
      </w:r>
      <w:proofErr w:type="spellStart"/>
      <w:r w:rsidRPr="00F73E6A">
        <w:rPr>
          <w:rFonts w:ascii="휴먼명조" w:eastAsia="휴먼명조" w:hint="eastAsia"/>
        </w:rPr>
        <w:t>수집·이용</w:t>
      </w:r>
      <w:proofErr w:type="spellEnd"/>
      <w:r w:rsidRPr="00F73E6A">
        <w:rPr>
          <w:rFonts w:ascii="휴먼명조" w:eastAsia="휴먼명조" w:hint="eastAsia"/>
        </w:rPr>
        <w:t xml:space="preserve"> 목적에서 명시한 범위 내에서 처리하며, 정보 제공자의 사전 동의 없이는 본래의 범위를 초과하여 처리하거나 제3자에게 제공하지 않는다. 단, 다음의 경우에는 개인정보를 제공할 수 있음.</w:t>
      </w: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r w:rsidRPr="00F73E6A">
        <w:rPr>
          <w:rFonts w:ascii="휴먼명조" w:eastAsia="휴먼명조" w:hint="eastAsia"/>
        </w:rPr>
        <w:t>“</w:t>
      </w:r>
      <w:proofErr w:type="spellStart"/>
      <w:r w:rsidRPr="00F73E6A">
        <w:rPr>
          <w:rFonts w:ascii="휴먼명조" w:eastAsia="휴먼명조" w:hint="eastAsia"/>
        </w:rPr>
        <w:t>병”이</w:t>
      </w:r>
      <w:proofErr w:type="spellEnd"/>
      <w:r w:rsidRPr="00F73E6A">
        <w:rPr>
          <w:rFonts w:ascii="휴먼명조" w:eastAsia="휴먼명조" w:hint="eastAsia"/>
        </w:rPr>
        <w:t xml:space="preserve"> 사전에 제3자 제공 및 공개에 동의한 경우</w:t>
      </w:r>
    </w:p>
    <w:p w:rsidR="00F73E6A" w:rsidRPr="00F73E6A" w:rsidRDefault="00F73E6A" w:rsidP="00F73E6A">
      <w:pPr>
        <w:pStyle w:val="aff1"/>
        <w:ind w:left="540" w:hanging="540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r w:rsidRPr="00F73E6A">
        <w:rPr>
          <w:rFonts w:ascii="휴먼명조" w:eastAsia="휴먼명조" w:hint="eastAsia"/>
        </w:rPr>
        <w:t>법령 등에 의해 제공이 요구되는 경우</w:t>
      </w:r>
    </w:p>
    <w:p w:rsidR="00F73E6A" w:rsidRPr="00F73E6A" w:rsidRDefault="00F73E6A" w:rsidP="00F73E6A">
      <w:pPr>
        <w:pStyle w:val="aff1"/>
        <w:ind w:left="768" w:hanging="768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r w:rsidRPr="00F73E6A">
        <w:rPr>
          <w:rFonts w:ascii="휴먼명조" w:eastAsia="휴먼명조" w:hint="eastAsia"/>
          <w:spacing w:val="-8"/>
        </w:rPr>
        <w:t>서비스의 제공에 관한 계약의 이행을 위하여 필요한 개인정보로서 경제적/기술적인 사유로</w:t>
      </w:r>
      <w:r w:rsidRPr="00F73E6A">
        <w:rPr>
          <w:rFonts w:eastAsia="휴먼명조"/>
        </w:rPr>
        <w:t xml:space="preserve"> </w:t>
      </w:r>
      <w:r w:rsidRPr="00F73E6A">
        <w:rPr>
          <w:rFonts w:ascii="휴먼명조" w:eastAsia="휴먼명조" w:hint="eastAsia"/>
        </w:rPr>
        <w:t>통상의 동의를 받는 것이 현저히 곤란한 경우</w:t>
      </w:r>
    </w:p>
    <w:p w:rsidR="00F73E6A" w:rsidRPr="00F73E6A" w:rsidRDefault="00F73E6A" w:rsidP="00F73E6A">
      <w:pPr>
        <w:pStyle w:val="aff1"/>
        <w:ind w:left="780" w:hanging="780"/>
      </w:pPr>
      <w:r w:rsidRPr="00F73E6A">
        <w:rPr>
          <w:rFonts w:ascii="Segoe UI Emoji" w:eastAsia="휴먼명조" w:hAnsi="Segoe UI Emoji" w:cs="Segoe UI Emoji"/>
        </w:rPr>
        <w:t>▪</w:t>
      </w:r>
      <w:r w:rsidRPr="00F73E6A">
        <w:rPr>
          <w:rFonts w:ascii="휴먼명조" w:eastAsia="휴먼명조" w:hAnsi="휴먼명조" w:hint="eastAsia"/>
        </w:rPr>
        <w:t xml:space="preserve"> </w:t>
      </w:r>
      <w:r w:rsidRPr="00F73E6A">
        <w:rPr>
          <w:rFonts w:ascii="휴먼명조" w:eastAsia="휴먼명조" w:hint="eastAsia"/>
        </w:rPr>
        <w:t xml:space="preserve">통계작성 및 학술연구 등의 목적을 위하여 필요한 경우로서 특정 </w:t>
      </w:r>
      <w:proofErr w:type="spellStart"/>
      <w:r w:rsidRPr="00F73E6A">
        <w:rPr>
          <w:rFonts w:ascii="휴먼명조" w:eastAsia="휴먼명조" w:hint="eastAsia"/>
        </w:rPr>
        <w:t>개인을</w:t>
      </w:r>
      <w:proofErr w:type="spellEnd"/>
      <w:r w:rsidRPr="00F73E6A">
        <w:rPr>
          <w:rFonts w:ascii="휴먼명조" w:eastAsia="휴먼명조" w:hint="eastAsia"/>
        </w:rPr>
        <w:t xml:space="preserve"> </w:t>
      </w:r>
      <w:proofErr w:type="gramStart"/>
      <w:r w:rsidRPr="00F73E6A">
        <w:rPr>
          <w:rFonts w:ascii="휴먼명조" w:eastAsia="휴먼명조" w:hint="eastAsia"/>
        </w:rPr>
        <w:t>알아 볼</w:t>
      </w:r>
      <w:proofErr w:type="gramEnd"/>
      <w:r w:rsidRPr="00F73E6A">
        <w:rPr>
          <w:rFonts w:ascii="휴먼명조" w:eastAsia="휴먼명조" w:hint="eastAsia"/>
        </w:rPr>
        <w:t xml:space="preserve"> 수 없는 형태로 개인정보를 제공하는 경우</w:t>
      </w:r>
    </w:p>
    <w:p w:rsidR="00F73E6A" w:rsidRDefault="00F73E6A" w:rsidP="00F73E6A">
      <w:pPr>
        <w:pStyle w:val="aff1"/>
        <w:ind w:left="1080" w:hanging="360"/>
        <w:rPr>
          <w:sz w:val="24"/>
          <w:szCs w:val="24"/>
        </w:rPr>
      </w:pPr>
    </w:p>
    <w:p w:rsidR="00F73E6A" w:rsidRPr="00F73E6A" w:rsidRDefault="00F73E6A" w:rsidP="00F73E6A">
      <w:pPr>
        <w:pStyle w:val="aff1"/>
        <w:wordWrap/>
        <w:jc w:val="right"/>
        <w:rPr>
          <w:rFonts w:hint="eastAsia"/>
        </w:rPr>
      </w:pPr>
      <w:r>
        <w:rPr>
          <w:rFonts w:ascii="휴먼명조" w:eastAsia="휴먼명조" w:hint="eastAsia"/>
          <w:sz w:val="22"/>
          <w:szCs w:val="22"/>
        </w:rPr>
        <w:t xml:space="preserve">위와 같이 </w:t>
      </w:r>
      <w:proofErr w:type="gramStart"/>
      <w:r>
        <w:rPr>
          <w:rFonts w:ascii="휴먼명조" w:eastAsia="휴먼명조" w:hint="eastAsia"/>
          <w:sz w:val="22"/>
          <w:szCs w:val="22"/>
        </w:rPr>
        <w:t>동의 합니다</w:t>
      </w:r>
      <w:proofErr w:type="gramEnd"/>
      <w:r>
        <w:rPr>
          <w:rFonts w:ascii="휴먼명조" w:eastAsia="휴먼명조" w:hint="eastAsia"/>
          <w:sz w:val="22"/>
          <w:szCs w:val="22"/>
        </w:rPr>
        <w:t xml:space="preserve">. </w:t>
      </w:r>
      <w:r>
        <w:rPr>
          <w:rFonts w:ascii="휴먼명조" w:eastAsia="휴먼명조" w:hAnsi="휴먼명조" w:hint="eastAsia"/>
          <w:sz w:val="22"/>
          <w:szCs w:val="22"/>
        </w:rPr>
        <w:t>■</w:t>
      </w:r>
    </w:p>
    <w:p w:rsidR="00F73E6A" w:rsidRDefault="00F73E6A" w:rsidP="00F73E6A">
      <w:pPr>
        <w:pStyle w:val="aff1"/>
        <w:wordWrap/>
        <w:jc w:val="center"/>
        <w:rPr>
          <w:sz w:val="22"/>
          <w:szCs w:val="22"/>
        </w:rPr>
      </w:pPr>
      <w:r>
        <w:rPr>
          <w:rFonts w:ascii="휴먼명조" w:eastAsia="휴먼명조" w:hint="eastAsia"/>
          <w:sz w:val="22"/>
          <w:szCs w:val="22"/>
        </w:rPr>
        <w:t>2026년 월 일</w:t>
      </w:r>
    </w:p>
    <w:p w:rsidR="00F73E6A" w:rsidRDefault="00F73E6A" w:rsidP="00F73E6A">
      <w:pPr>
        <w:pStyle w:val="aff1"/>
        <w:wordWrap/>
        <w:jc w:val="right"/>
      </w:pPr>
      <w:r>
        <w:rPr>
          <w:rFonts w:ascii="휴먼명조" w:eastAsia="휴먼명조" w:hint="eastAsia"/>
          <w:sz w:val="22"/>
          <w:szCs w:val="22"/>
        </w:rPr>
        <w:t xml:space="preserve">신청자 </w:t>
      </w:r>
      <w:proofErr w:type="gramStart"/>
      <w:r>
        <w:rPr>
          <w:rFonts w:ascii="휴먼명조" w:eastAsia="휴먼명조" w:hint="eastAsia"/>
          <w:sz w:val="22"/>
          <w:szCs w:val="22"/>
        </w:rPr>
        <w:t>( )</w:t>
      </w:r>
      <w:proofErr w:type="gramEnd"/>
    </w:p>
    <w:p w:rsidR="00F73E6A" w:rsidRDefault="00F73E6A" w:rsidP="00F73E6A">
      <w:pPr>
        <w:pStyle w:val="aff1"/>
        <w:wordWrap/>
        <w:jc w:val="right"/>
        <w:rPr>
          <w:sz w:val="26"/>
          <w:szCs w:val="26"/>
        </w:rPr>
      </w:pPr>
    </w:p>
    <w:p w:rsidR="00F73E6A" w:rsidRDefault="00F73E6A" w:rsidP="00F73E6A">
      <w:pPr>
        <w:pStyle w:val="aff1"/>
        <w:wordWrap/>
        <w:jc w:val="right"/>
        <w:rPr>
          <w:sz w:val="26"/>
          <w:szCs w:val="26"/>
        </w:rPr>
      </w:pPr>
    </w:p>
    <w:p w:rsidR="00F73E6A" w:rsidRPr="00F73E6A" w:rsidRDefault="00F73E6A" w:rsidP="00F73E6A">
      <w:pPr>
        <w:pStyle w:val="aff1"/>
        <w:rPr>
          <w:rFonts w:hint="eastAsia"/>
        </w:rPr>
      </w:pPr>
      <w:r>
        <w:rPr>
          <w:rFonts w:ascii="한컴돋움" w:eastAsia="한컴돋움" w:hint="eastAsia"/>
          <w:b/>
          <w:bCs/>
          <w:sz w:val="32"/>
          <w:szCs w:val="32"/>
        </w:rPr>
        <w:t>이차전지혁신연구소 귀하</w:t>
      </w:r>
      <w:bookmarkStart w:id="0" w:name="_GoBack"/>
      <w:bookmarkEnd w:id="0"/>
    </w:p>
    <w:sectPr w:rsidR="00F73E6A" w:rsidRPr="00F73E6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돋움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1148"/>
    <w:rsid w:val="00326F90"/>
    <w:rsid w:val="006822AB"/>
    <w:rsid w:val="007D1E97"/>
    <w:rsid w:val="00AA1D8D"/>
    <w:rsid w:val="00B47730"/>
    <w:rsid w:val="00BA0D47"/>
    <w:rsid w:val="00CB0664"/>
    <w:rsid w:val="00F73E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8FFA7E"/>
  <w14:defaultImageDpi w14:val="300"/>
  <w15:docId w15:val="{4ED9B83E-83F3-48F8-9C47-1105D673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1">
    <w:name w:val="바탕글"/>
    <w:basedOn w:val="a1"/>
    <w:rsid w:val="00F73E6A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2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64AC0-06FD-421F-A272-0DC3E273F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owner</cp:lastModifiedBy>
  <cp:revision>2</cp:revision>
  <dcterms:created xsi:type="dcterms:W3CDTF">2026-10-22T08:41:00Z</dcterms:created>
  <dcterms:modified xsi:type="dcterms:W3CDTF">2026-10-22T08:41:00Z</dcterms:modified>
  <cp:category/>
</cp:coreProperties>
</file>